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2659" w14:textId="76678FE5" w:rsidR="00CD2818" w:rsidRDefault="00CD2818">
      <w:pPr>
        <w:jc w:val="center"/>
        <w:rPr>
          <w:noProof/>
        </w:rPr>
      </w:pPr>
    </w:p>
    <w:p w14:paraId="60D6819D" w14:textId="18B41143" w:rsidR="00DF2EA2" w:rsidRDefault="00DF2EA2">
      <w:pPr>
        <w:jc w:val="center"/>
        <w:rPr>
          <w:noProof/>
        </w:rPr>
      </w:pPr>
    </w:p>
    <w:p w14:paraId="035C2ABA" w14:textId="434EF3F2" w:rsidR="00DF2EA2" w:rsidRDefault="00DF2EA2">
      <w:pPr>
        <w:jc w:val="center"/>
      </w:pPr>
    </w:p>
    <w:p w14:paraId="211F18B3" w14:textId="665FD8FF" w:rsidR="00CD2818" w:rsidRDefault="00D76B54">
      <w:pPr>
        <w:jc w:val="center"/>
      </w:pPr>
      <w:r>
        <w:rPr>
          <w:b/>
          <w:color w:val="0B4167"/>
          <w:sz w:val="36"/>
        </w:rPr>
        <w:t>CONFERENCE GRANT APPLICATION</w:t>
      </w:r>
      <w:r w:rsidR="00EA255C">
        <w:rPr>
          <w:b/>
          <w:color w:val="0B4167"/>
          <w:sz w:val="36"/>
        </w:rPr>
        <w:br/>
      </w:r>
      <w:r w:rsidR="00EA255C" w:rsidRPr="00EA255C">
        <w:rPr>
          <w:b/>
          <w:color w:val="0B4167"/>
          <w:sz w:val="28"/>
          <w:szCs w:val="18"/>
        </w:rPr>
        <w:t>Application Deadline: 22</w:t>
      </w:r>
      <w:r w:rsidR="00EA255C" w:rsidRPr="00EA255C">
        <w:rPr>
          <w:b/>
          <w:color w:val="0B4167"/>
          <w:sz w:val="28"/>
          <w:szCs w:val="18"/>
          <w:vertAlign w:val="superscript"/>
        </w:rPr>
        <w:t>nd</w:t>
      </w:r>
      <w:r w:rsidR="00EA255C" w:rsidRPr="00EA255C">
        <w:rPr>
          <w:b/>
          <w:color w:val="0B4167"/>
          <w:sz w:val="28"/>
          <w:szCs w:val="18"/>
        </w:rPr>
        <w:t xml:space="preserve"> March 2027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5BA6EFFD" w14:textId="77777777">
        <w:tc>
          <w:tcPr>
            <w:tcW w:w="9994" w:type="dxa"/>
            <w:shd w:val="clear" w:color="auto" w:fill="0B4167"/>
          </w:tcPr>
          <w:p w14:paraId="4C1BA572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01  APPLICANT</w:t>
            </w:r>
            <w:proofErr w:type="gramEnd"/>
            <w:r>
              <w:rPr>
                <w:b/>
                <w:color w:val="FFFFFF"/>
                <w:sz w:val="20"/>
              </w:rPr>
              <w:t xml:space="preserve"> DETAILS</w:t>
            </w:r>
          </w:p>
        </w:tc>
      </w:tr>
    </w:tbl>
    <w:p w14:paraId="2E519421" w14:textId="77777777" w:rsidR="00CD2818" w:rsidRDefault="00CD2818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485C3641" w14:textId="77777777">
        <w:tc>
          <w:tcPr>
            <w:tcW w:w="4608" w:type="dxa"/>
            <w:shd w:val="clear" w:color="auto" w:fill="EAF3F8"/>
          </w:tcPr>
          <w:p w14:paraId="0AAC79F4" w14:textId="77777777" w:rsidR="00CD2818" w:rsidRDefault="00D76B54">
            <w:r>
              <w:rPr>
                <w:b/>
                <w:sz w:val="16"/>
              </w:rPr>
              <w:t>Surname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15CF2F74" w14:textId="77777777" w:rsidR="00CD2818" w:rsidRDefault="00D76B54">
            <w:r>
              <w:rPr>
                <w:b/>
                <w:sz w:val="16"/>
              </w:rPr>
              <w:t>Forename(s)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149A2F89" w14:textId="77777777" w:rsidR="00CD2818" w:rsidRDefault="00CD2818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31022700" w14:textId="77777777">
        <w:tc>
          <w:tcPr>
            <w:tcW w:w="4608" w:type="dxa"/>
            <w:shd w:val="clear" w:color="auto" w:fill="EAF3F8"/>
          </w:tcPr>
          <w:p w14:paraId="7A1E5F07" w14:textId="77777777" w:rsidR="00CD2818" w:rsidRDefault="00D76B54">
            <w:r>
              <w:rPr>
                <w:b/>
                <w:sz w:val="16"/>
              </w:rPr>
              <w:t>ARTP membership number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7A307B96" w14:textId="77777777" w:rsidR="00CD2818" w:rsidRDefault="00D76B54">
            <w:r>
              <w:rPr>
                <w:b/>
                <w:sz w:val="16"/>
              </w:rPr>
              <w:t>Membership type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3A9EE811" w14:textId="77777777" w:rsidR="00CD2818" w:rsidRDefault="00CD2818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55CCFE03" w14:textId="77777777">
        <w:tc>
          <w:tcPr>
            <w:tcW w:w="4608" w:type="dxa"/>
            <w:shd w:val="clear" w:color="auto" w:fill="EAF3F8"/>
          </w:tcPr>
          <w:p w14:paraId="7D39AF6F" w14:textId="77777777" w:rsidR="00CD2818" w:rsidRDefault="00D76B54">
            <w:r>
              <w:rPr>
                <w:b/>
                <w:sz w:val="16"/>
              </w:rPr>
              <w:t>Grade / role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290C3EAB" w14:textId="77777777" w:rsidR="00CD2818" w:rsidRDefault="00D76B54">
            <w:r>
              <w:rPr>
                <w:b/>
                <w:sz w:val="16"/>
              </w:rPr>
              <w:t>Length of membership (years)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34399567" w14:textId="77777777" w:rsidR="00CD2818" w:rsidRDefault="00CD2818">
      <w:pPr>
        <w:spacing w:after="0"/>
      </w:pPr>
    </w:p>
    <w:p w14:paraId="202561DE" w14:textId="4F61F746" w:rsidR="00CD2818" w:rsidRDefault="00D76B54">
      <w:r>
        <w:t xml:space="preserve">Have you received an ARTP Conference Grant before?     </w:t>
      </w:r>
      <w:sdt>
        <w:sdtPr>
          <w:id w:val="-125227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</w:t>
      </w:r>
      <w:sdt>
        <w:sdtPr>
          <w:id w:val="-135711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55284622" w14:textId="166D6428" w:rsidR="00CD2818" w:rsidRDefault="00D76B54">
      <w:r>
        <w:t xml:space="preserve">Are you attending to receive your ARTP or STP qualification?     </w:t>
      </w:r>
      <w:sdt>
        <w:sdtPr>
          <w:id w:val="-1182284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</w:t>
      </w:r>
      <w:sdt>
        <w:sdtPr>
          <w:id w:val="-170408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7ED3323" w14:textId="47E08480" w:rsidR="00E1013F" w:rsidRDefault="00E1013F">
      <w:r>
        <w:t>Have you submitted an abstract for the ARTP Conference 2027</w:t>
      </w:r>
      <w:r>
        <w:t xml:space="preserve">?     </w:t>
      </w:r>
      <w:sdt>
        <w:sdtPr>
          <w:id w:val="153186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</w:t>
      </w:r>
      <w:sdt>
        <w:sdtPr>
          <w:id w:val="-128673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>
        <w:br/>
      </w:r>
    </w:p>
    <w:p w14:paraId="051760F2" w14:textId="77777777" w:rsidR="00CD2818" w:rsidRDefault="00D76B54">
      <w:r>
        <w:rPr>
          <w:b/>
        </w:rPr>
        <w:t>Departmental address</w:t>
      </w:r>
    </w:p>
    <w:p w14:paraId="6CEEC82D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1F826341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682686A8" w14:textId="77777777" w:rsidR="00CD2818" w:rsidRDefault="00D76B54">
      <w:pPr>
        <w:spacing w:after="140"/>
      </w:pPr>
      <w:r>
        <w:t>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00D40EC8" w14:textId="77777777">
        <w:tc>
          <w:tcPr>
            <w:tcW w:w="4608" w:type="dxa"/>
            <w:shd w:val="clear" w:color="auto" w:fill="EAF3F8"/>
          </w:tcPr>
          <w:p w14:paraId="2908D744" w14:textId="77777777" w:rsidR="00CD2818" w:rsidRDefault="00D76B54">
            <w:r>
              <w:rPr>
                <w:b/>
                <w:sz w:val="16"/>
              </w:rPr>
              <w:t>Email address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53370552" w14:textId="77777777" w:rsidR="00CD2818" w:rsidRDefault="00D76B54">
            <w:r>
              <w:rPr>
                <w:b/>
                <w:sz w:val="16"/>
              </w:rPr>
              <w:t>Daytime telephone number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6247C906" w14:textId="77777777" w:rsidR="00CD2818" w:rsidRDefault="00CD281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1D2B2CFA" w14:textId="77777777">
        <w:tc>
          <w:tcPr>
            <w:tcW w:w="9994" w:type="dxa"/>
            <w:shd w:val="clear" w:color="auto" w:fill="0B4167"/>
          </w:tcPr>
          <w:p w14:paraId="76F7D820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02  ATTENDANCE</w:t>
            </w:r>
            <w:proofErr w:type="gramEnd"/>
            <w:r>
              <w:rPr>
                <w:b/>
                <w:color w:val="FFFFFF"/>
                <w:sz w:val="20"/>
              </w:rPr>
              <w:t xml:space="preserve"> &amp; OTHER FUNDING</w:t>
            </w:r>
          </w:p>
        </w:tc>
      </w:tr>
    </w:tbl>
    <w:p w14:paraId="1C693549" w14:textId="77777777" w:rsidR="00CD2818" w:rsidRDefault="00CD2818">
      <w:pPr>
        <w:spacing w:after="0"/>
      </w:pPr>
    </w:p>
    <w:p w14:paraId="0B2DE96B" w14:textId="3248E8E8" w:rsidR="00CD2818" w:rsidRDefault="00D76B54">
      <w:r>
        <w:rPr>
          <w:b/>
        </w:rPr>
        <w:t>Which day(s) of the ARTP 202</w:t>
      </w:r>
      <w:r w:rsidR="00DF2EA2">
        <w:rPr>
          <w:b/>
        </w:rPr>
        <w:t>7</w:t>
      </w:r>
      <w:r>
        <w:rPr>
          <w:b/>
        </w:rPr>
        <w:t xml:space="preserve"> Conference do you wish to attend?</w:t>
      </w:r>
    </w:p>
    <w:p w14:paraId="7B6074AD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3E6903A3" w14:textId="77777777" w:rsidR="00CD2818" w:rsidRDefault="00D76B54">
      <w:r>
        <w:rPr>
          <w:b/>
        </w:rPr>
        <w:t>Please detail any other funding applied for</w:t>
      </w:r>
    </w:p>
    <w:p w14:paraId="5DBD688B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46607EA7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7EE7A48E" w14:textId="77777777" w:rsidR="00CD2818" w:rsidRDefault="00D76B54">
      <w:r>
        <w:rPr>
          <w:b/>
        </w:rPr>
        <w:t>Total other funding applied for:    £ ______________________</w:t>
      </w:r>
    </w:p>
    <w:p w14:paraId="17A0DE43" w14:textId="77777777" w:rsidR="00CD2818" w:rsidRDefault="00D76B54">
      <w:r>
        <w:br w:type="page"/>
      </w:r>
    </w:p>
    <w:p w14:paraId="117B81CA" w14:textId="7BAFFABC" w:rsidR="00CD2818" w:rsidRDefault="00CD2818">
      <w:pPr>
        <w:jc w:val="center"/>
      </w:pPr>
    </w:p>
    <w:p w14:paraId="25F833A0" w14:textId="77777777" w:rsidR="00B214FA" w:rsidRPr="00B214FA" w:rsidRDefault="00B214FA">
      <w:pPr>
        <w:jc w:val="center"/>
        <w:rPr>
          <w:b/>
          <w:color w:val="0B4167"/>
          <w:sz w:val="8"/>
          <w:szCs w:val="2"/>
        </w:rPr>
      </w:pPr>
    </w:p>
    <w:p w14:paraId="07B3BB31" w14:textId="77777777" w:rsidR="00B214FA" w:rsidRDefault="00B214FA">
      <w:pPr>
        <w:jc w:val="center"/>
        <w:rPr>
          <w:b/>
          <w:color w:val="0B4167"/>
          <w:sz w:val="36"/>
        </w:rPr>
      </w:pPr>
    </w:p>
    <w:p w14:paraId="4A2EE6DE" w14:textId="3DE14F80" w:rsidR="00CD2818" w:rsidRDefault="00D76B54">
      <w:pPr>
        <w:jc w:val="center"/>
      </w:pPr>
      <w:r>
        <w:rPr>
          <w:b/>
          <w:color w:val="0B4167"/>
          <w:sz w:val="36"/>
        </w:rPr>
        <w:t>FUNDING &amp; DECLARATION</w:t>
      </w:r>
    </w:p>
    <w:p w14:paraId="045BAD3E" w14:textId="2B907FA2" w:rsidR="00CD2818" w:rsidRDefault="00D76B54">
      <w:pPr>
        <w:jc w:val="center"/>
      </w:pPr>
      <w:r>
        <w:rPr>
          <w:color w:val="527387"/>
        </w:rPr>
        <w:t xml:space="preserve">ARTP </w:t>
      </w:r>
      <w:proofErr w:type="gramStart"/>
      <w:r>
        <w:rPr>
          <w:color w:val="527387"/>
        </w:rPr>
        <w:t>202</w:t>
      </w:r>
      <w:r w:rsidR="00BB0C4F">
        <w:rPr>
          <w:color w:val="527387"/>
        </w:rPr>
        <w:t>7</w:t>
      </w:r>
      <w:r>
        <w:rPr>
          <w:color w:val="527387"/>
        </w:rPr>
        <w:t xml:space="preserve">  |</w:t>
      </w:r>
      <w:proofErr w:type="gramEnd"/>
      <w:r>
        <w:rPr>
          <w:color w:val="527387"/>
        </w:rPr>
        <w:t xml:space="preserve">  Applicant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612A66EC" w14:textId="77777777">
        <w:tc>
          <w:tcPr>
            <w:tcW w:w="9994" w:type="dxa"/>
            <w:shd w:val="clear" w:color="auto" w:fill="0B4167"/>
          </w:tcPr>
          <w:p w14:paraId="4C11C7CA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03  FUNDING</w:t>
            </w:r>
            <w:proofErr w:type="gramEnd"/>
            <w:r>
              <w:rPr>
                <w:b/>
                <w:color w:val="FFFFFF"/>
                <w:sz w:val="20"/>
              </w:rPr>
              <w:t xml:space="preserve"> REQUESTED</w:t>
            </w:r>
          </w:p>
        </w:tc>
      </w:tr>
    </w:tbl>
    <w:p w14:paraId="32BB6412" w14:textId="77777777" w:rsidR="00CD2818" w:rsidRDefault="00CD2818">
      <w:pPr>
        <w:spacing w:after="0"/>
      </w:pPr>
    </w:p>
    <w:p w14:paraId="0329E21E" w14:textId="108C36EA" w:rsidR="00BB0C4F" w:rsidRDefault="00BB0C4F">
      <w:pPr>
        <w:spacing w:after="0"/>
      </w:pPr>
      <w:r>
        <w:rPr>
          <w:color w:val="283B4C"/>
        </w:rPr>
        <w:t xml:space="preserve">You can apply for a grant of up to £500 to include conference registration, accommodation, as well as travel costs. </w:t>
      </w:r>
      <w:r>
        <w:rPr>
          <w:color w:val="283B4C"/>
        </w:rPr>
        <w:br/>
        <w:t>Please let us know how much you would like to apply for:</w:t>
      </w:r>
    </w:p>
    <w:p w14:paraId="041849D4" w14:textId="77777777" w:rsidR="00BB0C4F" w:rsidRDefault="00BB0C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1CACF200" w14:textId="77777777">
        <w:tc>
          <w:tcPr>
            <w:tcW w:w="4608" w:type="dxa"/>
            <w:shd w:val="clear" w:color="auto" w:fill="EAF3F8"/>
          </w:tcPr>
          <w:p w14:paraId="59FAD570" w14:textId="77777777" w:rsidR="00CD2818" w:rsidRDefault="00D76B54">
            <w:r>
              <w:rPr>
                <w:b/>
                <w:sz w:val="16"/>
              </w:rPr>
              <w:t>Registration costs (£)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06DB0DCC" w14:textId="77777777" w:rsidR="00CD2818" w:rsidRDefault="00D76B54">
            <w:r>
              <w:rPr>
                <w:b/>
                <w:sz w:val="16"/>
              </w:rPr>
              <w:t>Total accommodation costs (£)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  <w:tr w:rsidR="00BB0C4F" w14:paraId="17AA3BF7" w14:textId="77777777" w:rsidTr="00BB0C4F">
        <w:tc>
          <w:tcPr>
            <w:tcW w:w="4608" w:type="dxa"/>
            <w:shd w:val="clear" w:color="auto" w:fill="EAF3F8"/>
          </w:tcPr>
          <w:p w14:paraId="5614A672" w14:textId="10761F51" w:rsidR="00BB0C4F" w:rsidRDefault="00BB0C4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Travel costs (£)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1F497D" w:themeFill="text2"/>
          </w:tcPr>
          <w:p w14:paraId="71424DA9" w14:textId="71DA355F" w:rsidR="00BB0C4F" w:rsidRDefault="00BB0C4F">
            <w:pPr>
              <w:rPr>
                <w:b/>
                <w:sz w:val="16"/>
              </w:rPr>
            </w:pPr>
            <w:r w:rsidRPr="00BB0C4F">
              <w:rPr>
                <w:b/>
                <w:color w:val="FFFFFF" w:themeColor="background1"/>
                <w:sz w:val="16"/>
              </w:rPr>
              <w:t xml:space="preserve">Total Grant </w:t>
            </w:r>
            <w:proofErr w:type="gramStart"/>
            <w:r w:rsidRPr="00BB0C4F">
              <w:rPr>
                <w:b/>
                <w:color w:val="FFFFFF" w:themeColor="background1"/>
                <w:sz w:val="16"/>
              </w:rPr>
              <w:t>Amount</w:t>
            </w:r>
            <w:r>
              <w:rPr>
                <w:b/>
                <w:color w:val="FFFFFF" w:themeColor="background1"/>
                <w:sz w:val="16"/>
              </w:rPr>
              <w:t xml:space="preserve"> </w:t>
            </w:r>
            <w:r w:rsidRPr="00BB0C4F">
              <w:rPr>
                <w:b/>
                <w:color w:val="FFFFFF" w:themeColor="background1"/>
                <w:sz w:val="16"/>
              </w:rPr>
              <w:t xml:space="preserve"> (</w:t>
            </w:r>
            <w:proofErr w:type="gramEnd"/>
            <w:r w:rsidRPr="00BB0C4F">
              <w:rPr>
                <w:b/>
                <w:color w:val="FFFFFF" w:themeColor="background1"/>
                <w:sz w:val="16"/>
              </w:rPr>
              <w:t>£)</w:t>
            </w:r>
            <w:r w:rsidRPr="00BB0C4F">
              <w:rPr>
                <w:b/>
                <w:color w:val="FFFFFF" w:themeColor="background1"/>
                <w:sz w:val="16"/>
              </w:rPr>
              <w:br/>
            </w:r>
            <w:r w:rsidRPr="00BB0C4F">
              <w:rPr>
                <w:color w:val="FFFFFF" w:themeColor="background1"/>
              </w:rPr>
              <w:t>_________________________________</w:t>
            </w:r>
          </w:p>
        </w:tc>
      </w:tr>
    </w:tbl>
    <w:p w14:paraId="31CCA7E4" w14:textId="058F5CA5" w:rsidR="00CD2818" w:rsidRDefault="00CD281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4000C277" w14:textId="77777777">
        <w:tc>
          <w:tcPr>
            <w:tcW w:w="9994" w:type="dxa"/>
            <w:shd w:val="clear" w:color="auto" w:fill="0B4167"/>
          </w:tcPr>
          <w:p w14:paraId="1351B105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04  REASONS</w:t>
            </w:r>
            <w:proofErr w:type="gramEnd"/>
            <w:r>
              <w:rPr>
                <w:b/>
                <w:color w:val="FFFFFF"/>
                <w:sz w:val="20"/>
              </w:rPr>
              <w:t xml:space="preserve"> FOR ATTENDING</w:t>
            </w:r>
          </w:p>
        </w:tc>
      </w:tr>
    </w:tbl>
    <w:p w14:paraId="78312B2A" w14:textId="77777777" w:rsidR="00CD2818" w:rsidRDefault="00CD2818">
      <w:pPr>
        <w:spacing w:after="0"/>
      </w:pPr>
    </w:p>
    <w:p w14:paraId="1151E598" w14:textId="77777777" w:rsidR="00CD2818" w:rsidRDefault="00D76B54">
      <w:r>
        <w:t>Please explain why you wish to attend the conference.</w:t>
      </w:r>
    </w:p>
    <w:p w14:paraId="0DE1AB19" w14:textId="1B636FA6" w:rsidR="00CD2818" w:rsidRDefault="00D76B54">
      <w:pPr>
        <w:spacing w:after="140"/>
      </w:pPr>
      <w:r>
        <w:t>_________________________________________________________________________</w:t>
      </w:r>
      <w:r w:rsidR="00DF2EA2">
        <w:t>_______________________________________</w:t>
      </w:r>
      <w:r>
        <w:t>_______</w:t>
      </w:r>
    </w:p>
    <w:p w14:paraId="256D9E5F" w14:textId="75A21D44" w:rsidR="00CD2818" w:rsidRDefault="00D76B54">
      <w:pPr>
        <w:spacing w:after="140"/>
      </w:pPr>
      <w:r>
        <w:t>______________________________________________________________</w:t>
      </w:r>
      <w:r w:rsidR="00DF2EA2">
        <w:t>__________________________________________________________</w:t>
      </w:r>
    </w:p>
    <w:p w14:paraId="2B0C2475" w14:textId="46065188" w:rsidR="00CD2818" w:rsidRDefault="00D76B54">
      <w:pPr>
        <w:spacing w:after="140"/>
      </w:pPr>
      <w:r>
        <w:t>_______________________________</w:t>
      </w:r>
      <w:r w:rsidR="00DF2EA2">
        <w:t>________________________________________________________________</w:t>
      </w:r>
      <w:r>
        <w:t>_________________________</w:t>
      </w:r>
    </w:p>
    <w:p w14:paraId="0BDF5E12" w14:textId="0579DEFF" w:rsidR="00CD2818" w:rsidRDefault="00D76B54">
      <w:pPr>
        <w:spacing w:after="140"/>
      </w:pPr>
      <w:r>
        <w:t>______________________________________________________________</w:t>
      </w:r>
      <w:r w:rsidR="00DF2EA2">
        <w:t>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15316B65" w14:textId="77777777">
        <w:tc>
          <w:tcPr>
            <w:tcW w:w="9994" w:type="dxa"/>
            <w:shd w:val="clear" w:color="auto" w:fill="0B4167"/>
          </w:tcPr>
          <w:p w14:paraId="1328898C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05  APPLICANT</w:t>
            </w:r>
            <w:proofErr w:type="gramEnd"/>
            <w:r>
              <w:rPr>
                <w:b/>
                <w:color w:val="FFFFFF"/>
                <w:sz w:val="20"/>
              </w:rPr>
              <w:t xml:space="preserve"> DECLARATION</w:t>
            </w:r>
          </w:p>
        </w:tc>
      </w:tr>
    </w:tbl>
    <w:p w14:paraId="23F1C9A0" w14:textId="77777777" w:rsidR="00CD2818" w:rsidRDefault="00CD2818">
      <w:pPr>
        <w:spacing w:after="0"/>
      </w:pPr>
    </w:p>
    <w:p w14:paraId="0DD0C0FE" w14:textId="77777777" w:rsidR="00CD2818" w:rsidRDefault="00D76B54">
      <w:r>
        <w:t>I, the undersigned, certify and agree that:</w:t>
      </w:r>
    </w:p>
    <w:p w14:paraId="1C8876CA" w14:textId="7871CA27" w:rsidR="00CD2818" w:rsidRDefault="00D76B54">
      <w:r>
        <w:t>a. I am applying for funding to attend the ARTP 202</w:t>
      </w:r>
      <w:r w:rsidR="00DF2EA2">
        <w:t>7</w:t>
      </w:r>
      <w:r>
        <w:t xml:space="preserve"> Conference as specified.</w:t>
      </w:r>
    </w:p>
    <w:p w14:paraId="3A41E4CC" w14:textId="77777777" w:rsidR="00CD2818" w:rsidRDefault="00D76B54">
      <w:r>
        <w:t xml:space="preserve">b. I will provide attendance confirmation on all the </w:t>
      </w:r>
      <w:proofErr w:type="gramStart"/>
      <w:r>
        <w:t>days specified</w:t>
      </w:r>
      <w:proofErr w:type="gramEnd"/>
      <w:r>
        <w:t>.</w:t>
      </w:r>
    </w:p>
    <w:p w14:paraId="0CF32F8B" w14:textId="02C5B689" w:rsidR="00CD2818" w:rsidRDefault="00D76B54">
      <w:r>
        <w:t>c. My employer(s) have granted me study leave to attend the ARTP 202</w:t>
      </w:r>
      <w:r w:rsidR="00DF2EA2">
        <w:t>7</w:t>
      </w:r>
      <w:r>
        <w:t xml:space="preserve"> Conference.</w:t>
      </w:r>
    </w:p>
    <w:p w14:paraId="68739B45" w14:textId="77777777" w:rsidR="00CD2818" w:rsidRDefault="00D76B54">
      <w:r>
        <w:t>d. I will supply all relevant documentation and receipts.</w:t>
      </w:r>
    </w:p>
    <w:p w14:paraId="3618939D" w14:textId="77777777" w:rsidR="00CD2818" w:rsidRDefault="00D76B54">
      <w:r>
        <w:t xml:space="preserve">e. I will produce and send a written article for Inspire journal within 6 weeks of attendance. I understand that failure to do so may result in part or </w:t>
      </w:r>
      <w:proofErr w:type="gramStart"/>
      <w:r>
        <w:t>all of</w:t>
      </w:r>
      <w:proofErr w:type="gramEnd"/>
      <w:r>
        <w:t xml:space="preserve"> the </w:t>
      </w:r>
      <w:proofErr w:type="gramStart"/>
      <w:r>
        <w:t>grant</w:t>
      </w:r>
      <w:proofErr w:type="gramEnd"/>
      <w:r>
        <w:t xml:space="preserve"> being withheld by or refunded to ARTP.</w:t>
      </w:r>
    </w:p>
    <w:p w14:paraId="67E3B6F0" w14:textId="73B3ABC4" w:rsidR="00CD2818" w:rsidRDefault="00D76B54">
      <w:r>
        <w:t xml:space="preserve">f. I have read and agree to the </w:t>
      </w:r>
      <w:hyperlink r:id="rId8" w:history="1">
        <w:r w:rsidRPr="00573C40">
          <w:rPr>
            <w:rStyle w:val="Hyperlink"/>
          </w:rPr>
          <w:t>grant terms</w:t>
        </w:r>
      </w:hyperlink>
      <w:r>
        <w:t>.</w:t>
      </w:r>
    </w:p>
    <w:p w14:paraId="0479DC38" w14:textId="6D4269BF" w:rsidR="006245F8" w:rsidRPr="006245F8" w:rsidRDefault="006245F8" w:rsidP="006245F8">
      <w:r>
        <w:t>g</w:t>
      </w:r>
      <w:r w:rsidRPr="006245F8">
        <w:t>. If £500 is exceeded, I agree to pay for the excess.</w:t>
      </w:r>
    </w:p>
    <w:p w14:paraId="3C27E95E" w14:textId="77777777" w:rsidR="006245F8" w:rsidRDefault="006245F8"/>
    <w:p w14:paraId="25EE0B47" w14:textId="77777777" w:rsidR="00CD2818" w:rsidRDefault="00D76B54">
      <w:r>
        <w:rPr>
          <w:b/>
        </w:rPr>
        <w:t>Proposed article topic / title</w:t>
      </w:r>
    </w:p>
    <w:p w14:paraId="38336076" w14:textId="3DAF15BE" w:rsidR="00CD2818" w:rsidRDefault="00D76B54">
      <w:pPr>
        <w:spacing w:after="140"/>
      </w:pPr>
      <w:r>
        <w:t>_______________________________________________________________________</w:t>
      </w:r>
      <w:r w:rsidR="00DF2EA2">
        <w:t>_________________________________________________</w:t>
      </w:r>
    </w:p>
    <w:p w14:paraId="26085527" w14:textId="37C9B43E" w:rsidR="00CD2818" w:rsidRDefault="00D76B54">
      <w:pPr>
        <w:spacing w:after="140"/>
      </w:pPr>
      <w:r>
        <w:t>__________________________________________________________________________</w:t>
      </w:r>
      <w:r w:rsidR="00DF2EA2">
        <w:t>______________________________________________</w:t>
      </w:r>
    </w:p>
    <w:p w14:paraId="28B77B2E" w14:textId="77777777" w:rsidR="00CD2818" w:rsidRDefault="00D76B54">
      <w:r>
        <w:t>If this title is considered inappropriate, the Committee will specify a title for the applicant.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36770A29" w14:textId="77777777">
        <w:tc>
          <w:tcPr>
            <w:tcW w:w="4608" w:type="dxa"/>
            <w:shd w:val="clear" w:color="auto" w:fill="EAF3F8"/>
          </w:tcPr>
          <w:p w14:paraId="21FD6E87" w14:textId="77777777" w:rsidR="00CD2818" w:rsidRDefault="00D76B54">
            <w:r>
              <w:rPr>
                <w:b/>
                <w:sz w:val="16"/>
              </w:rPr>
              <w:t>Applicant signature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1285EA37" w14:textId="77777777" w:rsidR="00CD2818" w:rsidRDefault="00D76B54">
            <w:r>
              <w:rPr>
                <w:b/>
                <w:sz w:val="16"/>
              </w:rPr>
              <w:t>Date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0FCD99FE" w14:textId="77777777" w:rsidR="00CD2818" w:rsidRDefault="00CD2818">
      <w:pPr>
        <w:spacing w:after="0"/>
      </w:pPr>
    </w:p>
    <w:p w14:paraId="045443BC" w14:textId="0B62B8A0" w:rsidR="006245F8" w:rsidRDefault="006245F8" w:rsidP="006245F8"/>
    <w:p w14:paraId="2216631B" w14:textId="77777777" w:rsidR="006245F8" w:rsidRDefault="006245F8" w:rsidP="006245F8"/>
    <w:p w14:paraId="1573D1B6" w14:textId="77777777" w:rsidR="006245F8" w:rsidRDefault="006245F8" w:rsidP="006245F8"/>
    <w:p w14:paraId="6CE40D05" w14:textId="6551981B" w:rsidR="00CD2818" w:rsidRDefault="006245F8" w:rsidP="006245F8">
      <w:pPr>
        <w:jc w:val="center"/>
      </w:pPr>
      <w:r>
        <w:rPr>
          <w:b/>
          <w:color w:val="0B4167"/>
          <w:sz w:val="36"/>
        </w:rPr>
        <w:br/>
        <w:t>A</w:t>
      </w:r>
      <w:r w:rsidR="00D76B54">
        <w:rPr>
          <w:b/>
          <w:color w:val="0B4167"/>
          <w:sz w:val="36"/>
        </w:rPr>
        <w:t>UTHORISATION &amp; ADMINISTRATION</w:t>
      </w:r>
    </w:p>
    <w:p w14:paraId="03D474FA" w14:textId="6629D94D" w:rsidR="00CD2818" w:rsidRDefault="00D76B54">
      <w:pPr>
        <w:jc w:val="center"/>
      </w:pPr>
      <w:r>
        <w:rPr>
          <w:color w:val="527387"/>
        </w:rPr>
        <w:t xml:space="preserve">ARTP </w:t>
      </w:r>
      <w:proofErr w:type="gramStart"/>
      <w:r>
        <w:rPr>
          <w:color w:val="527387"/>
        </w:rPr>
        <w:t>202</w:t>
      </w:r>
      <w:r w:rsidR="00BB0C4F">
        <w:rPr>
          <w:color w:val="527387"/>
        </w:rPr>
        <w:t xml:space="preserve">7 </w:t>
      </w:r>
      <w:r>
        <w:rPr>
          <w:color w:val="527387"/>
        </w:rPr>
        <w:t xml:space="preserve"> |</w:t>
      </w:r>
      <w:proofErr w:type="gramEnd"/>
      <w:r>
        <w:rPr>
          <w:color w:val="527387"/>
        </w:rPr>
        <w:t xml:space="preserve">  Grant application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55E3CC93" w14:textId="77777777">
        <w:tc>
          <w:tcPr>
            <w:tcW w:w="9994" w:type="dxa"/>
            <w:shd w:val="clear" w:color="auto" w:fill="0B4167"/>
          </w:tcPr>
          <w:p w14:paraId="08984D8D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06  HEAD</w:t>
            </w:r>
            <w:proofErr w:type="gramEnd"/>
            <w:r>
              <w:rPr>
                <w:b/>
                <w:color w:val="FFFFFF"/>
                <w:sz w:val="20"/>
              </w:rPr>
              <w:t xml:space="preserve"> OF DEPARTMENT APPROVAL</w:t>
            </w:r>
          </w:p>
        </w:tc>
      </w:tr>
    </w:tbl>
    <w:p w14:paraId="1F2BFFA4" w14:textId="77777777" w:rsidR="00CD2818" w:rsidRDefault="00CD2818">
      <w:pPr>
        <w:spacing w:after="0"/>
      </w:pPr>
    </w:p>
    <w:p w14:paraId="75FB010E" w14:textId="77777777" w:rsidR="00CD2818" w:rsidRDefault="00D76B54">
      <w:r>
        <w:rPr>
          <w:b/>
        </w:rPr>
        <w:t>Head of department name</w:t>
      </w:r>
    </w:p>
    <w:p w14:paraId="3964650E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5B85A460" w14:textId="0BFBA7C9" w:rsidR="00CD2818" w:rsidRDefault="00D76B54">
      <w:r>
        <w:t>As Head of the Department, I hereby confirm that I support the candidate’s application for ARTP 202</w:t>
      </w:r>
      <w:r w:rsidR="0001132F">
        <w:t>7</w:t>
      </w:r>
      <w:r>
        <w:t xml:space="preserve"> Conference Grant Assistance. I am aware of the conditions of the grant. I confirm that the candidate has obtained study leave to attend the ARTP 202</w:t>
      </w:r>
      <w:r w:rsidR="0001132F">
        <w:t>7</w:t>
      </w:r>
      <w:r>
        <w:t xml:space="preserve"> Conference.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53FB7872" w14:textId="77777777">
        <w:tc>
          <w:tcPr>
            <w:tcW w:w="4608" w:type="dxa"/>
            <w:shd w:val="clear" w:color="auto" w:fill="EAF3F8"/>
          </w:tcPr>
          <w:p w14:paraId="30FFCBFF" w14:textId="77777777" w:rsidR="00CD2818" w:rsidRDefault="00D76B54">
            <w:r>
              <w:rPr>
                <w:b/>
                <w:sz w:val="16"/>
              </w:rPr>
              <w:t>Head of department signature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6041B64C" w14:textId="77777777" w:rsidR="00CD2818" w:rsidRDefault="00D76B54">
            <w:r>
              <w:rPr>
                <w:b/>
                <w:sz w:val="16"/>
              </w:rPr>
              <w:t>Date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71488A66" w14:textId="77777777" w:rsidR="00CD2818" w:rsidRDefault="00CD2818">
      <w:pPr>
        <w:spacing w:after="0"/>
      </w:pPr>
    </w:p>
    <w:p w14:paraId="04B100E9" w14:textId="77777777" w:rsidR="00CD2818" w:rsidRDefault="00CD2818">
      <w:pPr>
        <w:spacing w:after="0"/>
      </w:pPr>
    </w:p>
    <w:sectPr w:rsidR="00CD2818" w:rsidSect="00034616">
      <w:headerReference w:type="default" r:id="rId9"/>
      <w:footerReference w:type="default" r:id="rId10"/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35518" w14:textId="77777777" w:rsidR="00AC4C1A" w:rsidRDefault="00AC4C1A">
      <w:pPr>
        <w:spacing w:after="0" w:line="240" w:lineRule="auto"/>
      </w:pPr>
      <w:r>
        <w:separator/>
      </w:r>
    </w:p>
  </w:endnote>
  <w:endnote w:type="continuationSeparator" w:id="0">
    <w:p w14:paraId="5AB6A8D6" w14:textId="77777777" w:rsidR="00AC4C1A" w:rsidRDefault="00AC4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511A" w14:textId="26001734" w:rsidR="00CD2818" w:rsidRDefault="00D76B54">
    <w:pPr>
      <w:pStyle w:val="Footer"/>
      <w:jc w:val="right"/>
    </w:pPr>
    <w:proofErr w:type="gramStart"/>
    <w:r>
      <w:rPr>
        <w:sz w:val="16"/>
      </w:rPr>
      <w:t>ARTP  •</w:t>
    </w:r>
    <w:proofErr w:type="gramEnd"/>
    <w:r>
      <w:rPr>
        <w:sz w:val="16"/>
      </w:rPr>
      <w:t xml:space="preserve">  Conference Grant Application 202</w:t>
    </w:r>
    <w:r w:rsidR="00B214FA">
      <w:rPr>
        <w:sz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F8FFA" w14:textId="77777777" w:rsidR="00AC4C1A" w:rsidRDefault="00AC4C1A">
      <w:pPr>
        <w:spacing w:after="0" w:line="240" w:lineRule="auto"/>
      </w:pPr>
      <w:r>
        <w:separator/>
      </w:r>
    </w:p>
  </w:footnote>
  <w:footnote w:type="continuationSeparator" w:id="0">
    <w:p w14:paraId="5A9BFC95" w14:textId="77777777" w:rsidR="00AC4C1A" w:rsidRDefault="00AC4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2100" w14:textId="1196F380" w:rsidR="00B214FA" w:rsidRDefault="00B214F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08260D" wp14:editId="0C1E264C">
          <wp:simplePos x="0" y="0"/>
          <wp:positionH relativeFrom="column">
            <wp:posOffset>234950</wp:posOffset>
          </wp:positionH>
          <wp:positionV relativeFrom="paragraph">
            <wp:posOffset>-311150</wp:posOffset>
          </wp:positionV>
          <wp:extent cx="5873750" cy="1166052"/>
          <wp:effectExtent l="0" t="0" r="0" b="0"/>
          <wp:wrapNone/>
          <wp:docPr id="4327272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727269" name="Picture 4327272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73750" cy="1166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7599736">
    <w:abstractNumId w:val="8"/>
  </w:num>
  <w:num w:numId="2" w16cid:durableId="1035037434">
    <w:abstractNumId w:val="6"/>
  </w:num>
  <w:num w:numId="3" w16cid:durableId="11539557">
    <w:abstractNumId w:val="5"/>
  </w:num>
  <w:num w:numId="4" w16cid:durableId="1749769247">
    <w:abstractNumId w:val="4"/>
  </w:num>
  <w:num w:numId="5" w16cid:durableId="585455123">
    <w:abstractNumId w:val="7"/>
  </w:num>
  <w:num w:numId="6" w16cid:durableId="609095534">
    <w:abstractNumId w:val="3"/>
  </w:num>
  <w:num w:numId="7" w16cid:durableId="43994397">
    <w:abstractNumId w:val="2"/>
  </w:num>
  <w:num w:numId="8" w16cid:durableId="1943220062">
    <w:abstractNumId w:val="1"/>
  </w:num>
  <w:num w:numId="9" w16cid:durableId="113286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32F"/>
    <w:rsid w:val="00034616"/>
    <w:rsid w:val="0006063C"/>
    <w:rsid w:val="000C1911"/>
    <w:rsid w:val="0015074B"/>
    <w:rsid w:val="00185BFA"/>
    <w:rsid w:val="002015A7"/>
    <w:rsid w:val="0029639D"/>
    <w:rsid w:val="00326F90"/>
    <w:rsid w:val="004571DD"/>
    <w:rsid w:val="00573C40"/>
    <w:rsid w:val="005805BA"/>
    <w:rsid w:val="006245F8"/>
    <w:rsid w:val="00AA1D8D"/>
    <w:rsid w:val="00AC4C1A"/>
    <w:rsid w:val="00B214FA"/>
    <w:rsid w:val="00B26108"/>
    <w:rsid w:val="00B47730"/>
    <w:rsid w:val="00BB0C4F"/>
    <w:rsid w:val="00CB0664"/>
    <w:rsid w:val="00CD2818"/>
    <w:rsid w:val="00D76B54"/>
    <w:rsid w:val="00DF2EA2"/>
    <w:rsid w:val="00E1013F"/>
    <w:rsid w:val="00E91B4E"/>
    <w:rsid w:val="00EA255C"/>
    <w:rsid w:val="00F70F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3F3053"/>
  <w14:defaultImageDpi w14:val="300"/>
  <w15:docId w15:val="{2B25C2B9-DFF2-47B0-88CF-50CA1E2B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6394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73C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3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p.org.uk/_userfiles/pages/files/Conference/2027/artp_grant_application_term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Jennifer Barnes</cp:lastModifiedBy>
  <cp:revision>9</cp:revision>
  <dcterms:created xsi:type="dcterms:W3CDTF">2026-10-19T12:51:00Z</dcterms:created>
  <dcterms:modified xsi:type="dcterms:W3CDTF">2026-10-22T09:36:00Z</dcterms:modified>
  <cp:category/>
</cp:coreProperties>
</file>